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FIRSTNAME LASTNAME</w:t>
      </w:r>
    </w:p>
    <w:p>
      <w:r>
        <w:t>City, State | +91 98765 43210 | firstname.lastname@email.com</w:t>
      </w:r>
    </w:p>
    <w:p>
      <w:r>
        <w:t>linkedin.com/in/your-name | github.com/your-name (or portfolio link)</w:t>
      </w:r>
    </w:p>
    <w:p>
      <w:pPr>
        <w:spacing w:before="200" w:after="60"/>
        <w:pBdr>
          <w:bottom w:val="single" w:sz="6" w:space="1" w:color="9CA3AF"/>
        </w:pBdr>
      </w:pPr>
      <w:r>
        <w:rPr>
          <w:b/>
          <w:color w:val="1F2937"/>
          <w:sz w:val="23"/>
        </w:rPr>
        <w:t>SUMMARY</w:t>
      </w:r>
    </w:p>
    <w:p>
      <w:r>
        <w:t>[Degree] graduate ([Year], CGPA [X.X]) skilled in [Skill 1], [Skill 2] and [Skill 3]. Built [project] used by [number] people / that achieved [result]. Looking for an entry-level [Target Role] role.</w:t>
      </w:r>
    </w:p>
    <w:p>
      <w:pPr>
        <w:spacing w:before="200" w:after="60"/>
        <w:pBdr>
          <w:bottom w:val="single" w:sz="6" w:space="1" w:color="9CA3AF"/>
        </w:pBdr>
      </w:pPr>
      <w:r>
        <w:rPr>
          <w:b/>
          <w:color w:val="1F2937"/>
          <w:sz w:val="23"/>
        </w:rPr>
        <w:t>EDUCATION</w:t>
      </w:r>
    </w:p>
    <w:p>
      <w:pPr>
        <w:tabs>
          <w:tab w:pos="9749" w:val="right"/>
        </w:tabs>
      </w:pPr>
      <w:r>
        <w:rPr>
          <w:b/>
        </w:rPr>
        <w:t>B.Tech, Computer Science and Engineering — College Name, University</w:t>
      </w:r>
      <w:r>
        <w:tab/>
        <w:t>2021 – 2025</w:t>
      </w:r>
    </w:p>
    <w:p>
      <w:r>
        <w:t>CGPA: 8.0/10 | Relevant coursework: Data Structures, DBMS, Operating Systems</w:t>
      </w:r>
    </w:p>
    <w:p>
      <w:pPr>
        <w:tabs>
          <w:tab w:pos="9749" w:val="right"/>
        </w:tabs>
      </w:pPr>
      <w:r>
        <w:rPr>
          <w:b w:val="0"/>
        </w:rPr>
        <w:t>Class XII (CBSE) — School Name</w:t>
      </w:r>
      <w:r>
        <w:tab/>
        <w:t>2021 | 85%</w:t>
      </w:r>
    </w:p>
    <w:p>
      <w:pPr>
        <w:spacing w:before="200" w:after="60"/>
        <w:pBdr>
          <w:bottom w:val="single" w:sz="6" w:space="1" w:color="9CA3AF"/>
        </w:pBdr>
      </w:pPr>
      <w:r>
        <w:rPr>
          <w:b/>
          <w:color w:val="1F2937"/>
          <w:sz w:val="23"/>
        </w:rPr>
        <w:t>SKILLS</w:t>
      </w:r>
    </w:p>
    <w:p>
      <w:r>
        <w:t>Languages: [e.g. Java, Python, SQL]</w:t>
      </w:r>
    </w:p>
    <w:p>
      <w:r>
        <w:t>Tools: [e.g. Git, Excel, Power BI, Tally Prime, Canva]</w:t>
      </w:r>
    </w:p>
    <w:p>
      <w:r>
        <w:t>Other: [e.g. REST APIs, Data Analysis, Communication]</w:t>
      </w:r>
    </w:p>
    <w:p>
      <w:pPr>
        <w:spacing w:before="200" w:after="60"/>
        <w:pBdr>
          <w:bottom w:val="single" w:sz="6" w:space="1" w:color="9CA3AF"/>
        </w:pBdr>
      </w:pPr>
      <w:r>
        <w:rPr>
          <w:b/>
          <w:color w:val="1F2937"/>
          <w:sz w:val="23"/>
        </w:rPr>
        <w:t>PROJECTS</w:t>
      </w:r>
    </w:p>
    <w:p>
      <w:pPr>
        <w:tabs>
          <w:tab w:pos="9749" w:val="right"/>
        </w:tabs>
      </w:pPr>
      <w:r>
        <w:rPr>
          <w:b/>
        </w:rPr>
        <w:t>Project Name (Tool 1, Tool 2, Tool 3) — github.com/your-name/project</w:t>
      </w:r>
    </w:p>
    <w:p>
      <w:pPr>
        <w:pStyle w:val="ListBullet"/>
        <w:spacing w:after="20"/>
      </w:pPr>
      <w:r>
        <w:t>Built [what it does] for [who], used by [number] users / processing [data size].</w:t>
      </w:r>
    </w:p>
    <w:p>
      <w:pPr>
        <w:pStyle w:val="ListBullet"/>
        <w:spacing w:after="20"/>
      </w:pPr>
      <w:r>
        <w:t>Improved [metric] by [X%] by [what you did].</w:t>
      </w:r>
    </w:p>
    <w:p>
      <w:pPr>
        <w:tabs>
          <w:tab w:pos="9749" w:val="right"/>
        </w:tabs>
      </w:pPr>
      <w:r>
        <w:rPr>
          <w:b/>
        </w:rPr>
        <w:t>Second Project Name (Tools used)</w:t>
      </w:r>
    </w:p>
    <w:p>
      <w:pPr>
        <w:pStyle w:val="ListBullet"/>
        <w:spacing w:after="20"/>
      </w:pPr>
      <w:r>
        <w:t>Designed [feature] that [result with a number].</w:t>
      </w:r>
    </w:p>
    <w:p>
      <w:pPr>
        <w:spacing w:before="200" w:after="60"/>
        <w:pBdr>
          <w:bottom w:val="single" w:sz="6" w:space="1" w:color="9CA3AF"/>
        </w:pBdr>
      </w:pPr>
      <w:r>
        <w:rPr>
          <w:b/>
          <w:color w:val="1F2937"/>
          <w:sz w:val="23"/>
        </w:rPr>
        <w:t>INTERNSHIP / EXPERIENCE</w:t>
      </w:r>
    </w:p>
    <w:p>
      <w:pPr>
        <w:tabs>
          <w:tab w:pos="9749" w:val="right"/>
        </w:tabs>
      </w:pPr>
      <w:r>
        <w:rPr>
          <w:b/>
        </w:rPr>
        <w:t>Intern — Company Name, City</w:t>
      </w:r>
      <w:r>
        <w:tab/>
        <w:t>Jun 2024 – Aug 2024</w:t>
      </w:r>
    </w:p>
    <w:p>
      <w:pPr>
        <w:pStyle w:val="ListBullet"/>
        <w:spacing w:after="20"/>
      </w:pPr>
      <w:r>
        <w:t>Action verb + task + tool + result, e.g. Created 5 dashboards in Excel used by the sales team weekly.</w:t>
      </w:r>
    </w:p>
    <w:p>
      <w:pPr>
        <w:pStyle w:val="ListBullet"/>
        <w:spacing w:after="20"/>
      </w:pPr>
      <w:r>
        <w:t>Action verb + task + result, e.g. Reduced data entry errors by 30% by building a validation checklist.</w:t>
      </w:r>
    </w:p>
    <w:p>
      <w:pPr>
        <w:spacing w:before="200" w:after="60"/>
        <w:pBdr>
          <w:bottom w:val="single" w:sz="6" w:space="1" w:color="9CA3AF"/>
        </w:pBdr>
      </w:pPr>
      <w:r>
        <w:rPr>
          <w:b/>
          <w:color w:val="1F2937"/>
          <w:sz w:val="23"/>
        </w:rPr>
        <w:t>CERTIFICATIONS</w:t>
      </w:r>
    </w:p>
    <w:p>
      <w:r>
        <w:t>Certificate Name — Issuer (Year)</w:t>
      </w:r>
    </w:p>
    <w:p>
      <w:r>
        <w:t>Certificate Name — Issuer (Year)</w:t>
      </w:r>
    </w:p>
    <w:p>
      <w:pPr>
        <w:spacing w:before="200" w:after="60"/>
        <w:pBdr>
          <w:bottom w:val="single" w:sz="6" w:space="1" w:color="9CA3AF"/>
        </w:pBdr>
      </w:pPr>
      <w:r>
        <w:rPr>
          <w:b/>
          <w:color w:val="1F2937"/>
          <w:sz w:val="23"/>
        </w:rPr>
        <w:t>ACHIEVEMENTS &amp; ACTIVITIES</w:t>
      </w:r>
    </w:p>
    <w:p>
      <w:pPr>
        <w:pStyle w:val="ListBullet"/>
        <w:spacing w:after="20"/>
      </w:pPr>
      <w:r>
        <w:t>Rank / award / competition result with a number, e.g. Finalist, Smart India Hackathon 2024 (top 5 of 120 teams).</w:t>
      </w:r>
    </w:p>
    <w:p>
      <w:pPr>
        <w:pStyle w:val="ListBullet"/>
        <w:spacing w:after="20"/>
      </w:pPr>
      <w:r>
        <w:t>Leadership or volunteering with scale, e.g. Organised a tech fest with 1,500+ participants.</w:t>
      </w:r>
    </w:p>
    <w:sectPr w:rsidR="00FC693F" w:rsidRPr="0006063C" w:rsidSect="00034616">
      <w:pgSz w:w="11909" w:h="16834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ATS-Friendly Resume Template (Fresher)</dc:title>
  <dc:subject/>
  <dc:creator>ATS Scorer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